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5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62609221" w:rsidP="21BFB994" w:rsidRDefault="62609221" w14:paraId="2518E8AC" w14:textId="334004D5">
      <w:pPr>
        <w:pStyle w:val="Normal"/>
        <w:spacing w:after="40"/>
        <w:jc w:val="center"/>
      </w:pPr>
      <w:r w:rsidR="62609221">
        <w:drawing>
          <wp:inline wp14:editId="3CCC3B96" wp14:anchorId="11BA41BD">
            <wp:extent cx="1737511" cy="347502"/>
            <wp:effectExtent l="0" t="0" r="0" b="0"/>
            <wp:docPr id="42502302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25023029" name="Picture 425023029"/>
                    <pic:cNvPicPr/>
                  </pic:nvPicPr>
                  <pic:blipFill>
                    <a:blip xmlns:r="http://schemas.openxmlformats.org/officeDocument/2006/relationships" r:embed="rId14746094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511" cy="34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1BFB994" w:rsidP="21BFB994" w:rsidRDefault="21BFB994" w14:paraId="3CAFE26B" w14:textId="4F859212">
      <w:pPr>
        <w:spacing w:after="40"/>
        <w:jc w:val="center"/>
        <w:rPr>
          <w:b w:val="1"/>
          <w:bCs w:val="1"/>
          <w:color w:val="2E7D32"/>
          <w:sz w:val="28"/>
          <w:szCs w:val="28"/>
        </w:rPr>
      </w:pPr>
    </w:p>
    <w:p xmlns:wp14="http://schemas.microsoft.com/office/word/2010/wordml" w14:paraId="3575A1E4" wp14:textId="77777777">
      <w:pPr>
        <w:spacing w:after="40"/>
        <w:jc w:val="center"/>
      </w:pPr>
      <w:r>
        <w:rPr>
          <w:b/>
          <w:color w:val="2E7D32"/>
          <w:sz w:val="28"/>
        </w:rPr>
        <w:t>NEW PARK VILLAGE</w:t>
      </w:r>
    </w:p>
    <w:p xmlns:wp14="http://schemas.microsoft.com/office/word/2010/wordml" w14:paraId="7386A928" wp14:textId="77777777">
      <w:pPr>
        <w:spacing w:after="60"/>
        <w:jc w:val="center"/>
      </w:pPr>
      <w:r>
        <w:rPr>
          <w:b/>
          <w:color w:val="156082"/>
          <w:sz w:val="50"/>
        </w:rPr>
        <w:t>ANNUAL GENERAL MEETING 2026</w:t>
      </w:r>
    </w:p>
    <w:p xmlns:wp14="http://schemas.microsoft.com/office/word/2010/wordml" w14:paraId="7508B2B9" wp14:textId="77777777">
      <w:pPr>
        <w:spacing w:after="120"/>
        <w:jc w:val="center"/>
      </w:pPr>
      <w:r>
        <w:rPr>
          <w:i/>
          <w:color w:val="464646"/>
          <w:sz w:val="22"/>
        </w:rPr>
        <w:t>Your voice matters. Come along and help shape the future of your estate.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056"/>
      </w:tblGrid>
      <w:tr xmlns:wp14="http://schemas.microsoft.com/office/word/2010/wordml" w14:paraId="0AF86CAB" wp14:textId="77777777">
        <w:tc>
          <w:tcPr>
            <w:tcW w:w="5184" w:type="dxa"/>
            <w:vAlign w:val="center"/>
            <w:shd w:fill="F2F8F2"/>
          </w:tcPr>
          <w:p w14:paraId="672A6659" wp14:textId="77777777"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 xmlns:wp14="http://schemas.microsoft.com/office/word/2010/wordprocessingDrawing" wp14:anchorId="61E02F50" wp14:editId="7777777">
                  <wp:extent cx="1691640" cy="13580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3580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vAlign w:val="center"/>
            <w:shd w:fill="F2F8F2"/>
          </w:tcPr>
          <w:p w14:paraId="0A37501D" wp14:textId="77777777">
            <w:r/>
          </w:p>
          <w:p w14:paraId="6907C5DE" wp14:textId="77777777">
            <w:pPr>
              <w:spacing w:after="60"/>
            </w:pPr>
            <w:r>
              <w:rPr>
                <w:b/>
                <w:color w:val="2E7D32"/>
                <w:sz w:val="18"/>
              </w:rPr>
              <w:t>DATE</w:t>
            </w:r>
            <w:r>
              <w:rPr>
                <w:b/>
                <w:color w:val="2E7D32"/>
                <w:sz w:val="18"/>
              </w:rPr>
              <w:br/>
            </w:r>
            <w:r>
              <w:rPr>
                <w:b/>
                <w:color w:val="156082"/>
                <w:sz w:val="28"/>
              </w:rPr>
              <w:t>Thursday 22 October 2026</w:t>
            </w:r>
          </w:p>
          <w:p w14:paraId="3DEEA319" wp14:textId="77777777">
            <w:pPr>
              <w:spacing w:after="60"/>
            </w:pPr>
            <w:r>
              <w:rPr>
                <w:b/>
                <w:color w:val="2E7D32"/>
                <w:sz w:val="18"/>
              </w:rPr>
              <w:t>VENUE</w:t>
            </w:r>
            <w:r>
              <w:rPr>
                <w:b/>
                <w:color w:val="2E7D32"/>
                <w:sz w:val="18"/>
              </w:rPr>
              <w:br/>
            </w:r>
            <w:r>
              <w:rPr>
                <w:b/>
                <w:color w:val="156082"/>
                <w:sz w:val="28"/>
              </w:rPr>
              <w:t>Holy Trinity Church</w:t>
            </w:r>
            <w:r>
              <w:rPr>
                <w:b/>
                <w:color w:val="156082"/>
                <w:sz w:val="28"/>
              </w:rPr>
              <w:br/>
            </w:r>
            <w:r>
              <w:rPr>
                <w:b/>
                <w:color w:val="156082"/>
                <w:sz w:val="28"/>
              </w:rPr>
              <w:t>Bushbury Road, Wolverhampton, WV10 0LY</w:t>
            </w:r>
          </w:p>
          <w:p w14:paraId="408F9A3F" wp14:textId="77777777">
            <w:pPr>
              <w:spacing w:after="60"/>
            </w:pPr>
            <w:r>
              <w:rPr>
                <w:b/>
                <w:color w:val="2E7D32"/>
                <w:sz w:val="18"/>
              </w:rPr>
              <w:t>DOORS OPEN</w:t>
            </w:r>
            <w:r>
              <w:rPr>
                <w:b/>
                <w:color w:val="2E7D32"/>
                <w:sz w:val="18"/>
              </w:rPr>
              <w:br/>
            </w:r>
            <w:r>
              <w:rPr>
                <w:b/>
                <w:color w:val="156082"/>
                <w:sz w:val="28"/>
              </w:rPr>
              <w:t>5.00pm</w:t>
            </w:r>
          </w:p>
          <w:p w14:paraId="3C085720" wp14:textId="77777777">
            <w:pPr>
              <w:spacing w:after="60"/>
            </w:pPr>
            <w:r>
              <w:rPr>
                <w:b/>
                <w:color w:val="2E7D32"/>
                <w:sz w:val="18"/>
              </w:rPr>
              <w:t>MEETING STARTS</w:t>
            </w:r>
            <w:r>
              <w:rPr>
                <w:b/>
                <w:color w:val="2E7D32"/>
                <w:sz w:val="18"/>
              </w:rPr>
              <w:br/>
            </w:r>
            <w:r>
              <w:rPr>
                <w:b/>
                <w:color w:val="156082"/>
                <w:sz w:val="28"/>
              </w:rPr>
              <w:t>5.30pm prompt</w:t>
            </w:r>
          </w:p>
        </w:tc>
      </w:tr>
    </w:tbl>
    <w:p xmlns:wp14="http://schemas.microsoft.com/office/word/2010/wordml" w14:paraId="4E2D9528" wp14:textId="77777777">
      <w:pPr>
        <w:spacing w:before="140" w:after="80"/>
        <w:jc w:val="center"/>
      </w:pPr>
      <w:r>
        <w:rPr>
          <w:b/>
          <w:color w:val="2E7D32"/>
          <w:sz w:val="26"/>
        </w:rPr>
        <w:t>ALL NEW PARK VILLAGE TENANTS ARE WARMLY INVITED</w:t>
      </w:r>
    </w:p>
    <w:p xmlns:wp14="http://schemas.microsoft.com/office/word/2010/wordml" w14:paraId="284372FF" wp14:textId="77777777">
      <w:pPr>
        <w:spacing w:after="100"/>
        <w:jc w:val="center"/>
      </w:pPr>
      <w:r w:rsidR="21BFB994">
        <w:rPr/>
        <w:t xml:space="preserve">Join us to hear the latest updates, ask </w:t>
      </w:r>
      <w:bookmarkStart w:name="_Int_LXFTrQbu" w:id="782381317"/>
      <w:r w:rsidR="21BFB994">
        <w:rPr/>
        <w:t>questions</w:t>
      </w:r>
      <w:bookmarkEnd w:id="782381317"/>
      <w:r w:rsidR="21BFB994">
        <w:rPr/>
        <w:t xml:space="preserve"> and find out how you can get involved with the NPV Committee.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xmlns:wp14="http://schemas.microsoft.com/office/word/2010/wordml" w:rsidTr="21BFB994" w14:paraId="293D57E2" wp14:textId="77777777">
        <w:tc>
          <w:tcPr>
            <w:tcW w:w="3456" w:type="dxa"/>
            <w:shd w:val="clear" w:color="auto" w:fill="156082"/>
            <w:tcMar/>
            <w:vAlign w:val="center"/>
            <w:shd w:fill="156082"/>
          </w:tcPr>
          <w:p w:rsidP="21BFB994" w14:paraId="402F3D2B" wp14:textId="77777777">
            <w:pPr>
              <w:jc w:val="center"/>
              <w:rPr>
                <w:color w:val="auto"/>
                <w:sz w:val="18"/>
                <w:szCs w:val="18"/>
              </w:rPr>
            </w:pPr>
            <w:r w:rsidRPr="21BFB994" w:rsidR="21BFB994">
              <w:rPr>
                <w:b w:val="1"/>
                <w:bCs w:val="1"/>
                <w:color w:val="auto"/>
                <w:sz w:val="22"/>
                <w:szCs w:val="22"/>
              </w:rPr>
              <w:t>REFRESHMENTS</w:t>
            </w:r>
            <w:r>
              <w:br/>
            </w:r>
            <w:r w:rsidRPr="21BFB994" w:rsidR="21BFB994">
              <w:rPr>
                <w:color w:val="auto"/>
                <w:sz w:val="20"/>
                <w:szCs w:val="20"/>
              </w:rPr>
              <w:t xml:space="preserve">Food </w:t>
            </w:r>
            <w:r w:rsidRPr="21BFB994" w:rsidR="21BFB994">
              <w:rPr>
                <w:color w:val="auto"/>
                <w:sz w:val="20"/>
                <w:szCs w:val="20"/>
              </w:rPr>
              <w:t>and drinks available</w:t>
            </w:r>
          </w:p>
        </w:tc>
        <w:tc>
          <w:tcPr>
            <w:tcW w:w="3456" w:type="dxa"/>
            <w:shd w:val="clear" w:color="auto" w:fill="156082"/>
            <w:tcMar/>
            <w:vAlign w:val="center"/>
            <w:shd w:fill="156082"/>
          </w:tcPr>
          <w:p w:rsidP="21BFB994" w14:paraId="5F17924B" wp14:textId="77777777">
            <w:pPr>
              <w:jc w:val="center"/>
              <w:rPr>
                <w:color w:val="auto"/>
                <w:sz w:val="18"/>
                <w:szCs w:val="18"/>
              </w:rPr>
            </w:pPr>
            <w:r w:rsidRPr="21BFB994" w:rsidR="21BFB994">
              <w:rPr>
                <w:b w:val="1"/>
                <w:bCs w:val="1"/>
                <w:color w:val="auto"/>
                <w:sz w:val="22"/>
                <w:szCs w:val="22"/>
              </w:rPr>
              <w:t>PRIZE DRAW</w:t>
            </w:r>
            <w:r>
              <w:br/>
            </w:r>
            <w:r w:rsidRPr="21BFB994" w:rsidR="21BFB994">
              <w:rPr>
                <w:color w:val="auto"/>
                <w:sz w:val="20"/>
                <w:szCs w:val="20"/>
              </w:rPr>
              <w:t>One entry per househ</w:t>
            </w:r>
            <w:r w:rsidRPr="21BFB994" w:rsidR="21BFB994">
              <w:rPr>
                <w:color w:val="auto"/>
                <w:sz w:val="20"/>
                <w:szCs w:val="20"/>
              </w:rPr>
              <w:t>o</w:t>
            </w:r>
            <w:r w:rsidRPr="21BFB994" w:rsidR="21BFB994">
              <w:rPr>
                <w:color w:val="auto"/>
                <w:sz w:val="20"/>
                <w:szCs w:val="20"/>
              </w:rPr>
              <w:t>l</w:t>
            </w:r>
            <w:r w:rsidRPr="21BFB994" w:rsidR="21BFB994">
              <w:rPr>
                <w:color w:val="auto"/>
                <w:sz w:val="20"/>
                <w:szCs w:val="20"/>
              </w:rPr>
              <w:t>d</w:t>
            </w:r>
          </w:p>
        </w:tc>
        <w:tc>
          <w:tcPr>
            <w:tcW w:w="3456" w:type="dxa"/>
            <w:shd w:val="clear" w:color="auto" w:fill="156082"/>
            <w:tcMar/>
            <w:vAlign w:val="center"/>
            <w:shd w:fill="156082"/>
          </w:tcPr>
          <w:p w:rsidP="21BFB994" w14:paraId="7D062C3F" wp14:textId="77777777">
            <w:pPr>
              <w:jc w:val="center"/>
              <w:rPr>
                <w:color w:val="auto"/>
                <w:sz w:val="18"/>
                <w:szCs w:val="18"/>
              </w:rPr>
            </w:pPr>
            <w:r w:rsidRPr="21BFB994" w:rsidR="21BFB994">
              <w:rPr>
                <w:b w:val="1"/>
                <w:bCs w:val="1"/>
                <w:color w:val="auto"/>
                <w:sz w:val="22"/>
                <w:szCs w:val="22"/>
              </w:rPr>
              <w:t>GET INVOLVED</w:t>
            </w:r>
            <w:r>
              <w:br/>
            </w:r>
            <w:r w:rsidRPr="21BFB994" w:rsidR="21BFB994">
              <w:rPr>
                <w:color w:val="auto"/>
                <w:sz w:val="20"/>
                <w:szCs w:val="20"/>
              </w:rPr>
              <w:t>Find out about joining the committee</w:t>
            </w:r>
          </w:p>
        </w:tc>
      </w:tr>
    </w:tbl>
    <w:p xmlns:wp14="http://schemas.microsoft.com/office/word/2010/wordml" w14:paraId="3AE89407" wp14:textId="77777777">
      <w:pPr>
        <w:spacing w:before="120" w:after="40"/>
        <w:jc w:val="center"/>
      </w:pPr>
      <w:r>
        <w:rPr>
          <w:b/>
          <w:color w:val="2E7D32"/>
          <w:sz w:val="28"/>
        </w:rPr>
        <w:t>PRIZE DRAW</w:t>
      </w:r>
    </w:p>
    <w:p xmlns:wp14="http://schemas.microsoft.com/office/word/2010/wordml" w14:paraId="1926AC55" wp14:textId="77777777">
      <w:pPr>
        <w:spacing w:after="80"/>
        <w:jc w:val="center"/>
      </w:pPr>
      <w:r>
        <w:rPr>
          <w:b/>
          <w:sz w:val="21"/>
        </w:rPr>
        <w:t>1st Prize: £100 voucher   |   2nd Prize: £50 voucher   |   3rd Prize: 2 x £25 vouchers</w:t>
      </w:r>
    </w:p>
    <w:p xmlns:wp14="http://schemas.microsoft.com/office/word/2010/wordml" w14:paraId="010C3A66" wp14:textId="77777777">
      <w:pPr>
        <w:spacing w:after="120"/>
        <w:jc w:val="center"/>
      </w:pPr>
      <w:r w:rsidRPr="21BFB994" w:rsidR="21BFB994">
        <w:rPr>
          <w:b w:val="1"/>
          <w:bCs w:val="1"/>
          <w:color w:val="156082"/>
        </w:rPr>
        <w:t xml:space="preserve">Please bring this invitation with you to </w:t>
      </w:r>
      <w:bookmarkStart w:name="_Int_r7vYNgCK" w:id="1750395349"/>
      <w:r w:rsidRPr="21BFB994" w:rsidR="21BFB994">
        <w:rPr>
          <w:b w:val="1"/>
          <w:bCs w:val="1"/>
          <w:color w:val="156082"/>
        </w:rPr>
        <w:t>be entered into</w:t>
      </w:r>
      <w:bookmarkEnd w:id="1750395349"/>
      <w:r w:rsidRPr="21BFB994" w:rsidR="21BFB994">
        <w:rPr>
          <w:b w:val="1"/>
          <w:bCs w:val="1"/>
          <w:color w:val="156082"/>
        </w:rPr>
        <w:t xml:space="preserve"> the prize draw.</w:t>
      </w:r>
    </w:p>
    <w:p w:rsidR="21BFB994" w:rsidP="21BFB994" w:rsidRDefault="21BFB994" w14:paraId="6E6FAD22" w14:textId="29799019">
      <w:pPr>
        <w:spacing w:before="20" w:after="40"/>
        <w:rPr>
          <w:b w:val="1"/>
          <w:bCs w:val="1"/>
          <w:color w:val="2E7D32"/>
          <w:sz w:val="20"/>
          <w:szCs w:val="20"/>
        </w:rPr>
      </w:pPr>
    </w:p>
    <w:p xmlns:wp14="http://schemas.microsoft.com/office/word/2010/wordml" w14:paraId="3624D338" wp14:textId="77777777">
      <w:pPr>
        <w:spacing w:before="20" w:after="40"/>
      </w:pPr>
      <w:r>
        <w:rPr>
          <w:b/>
          <w:color w:val="2E7D32"/>
          <w:sz w:val="20"/>
        </w:rPr>
        <w:t>OPTIONAL CONTACT SLIP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xmlns:wp14="http://schemas.microsoft.com/office/word/2010/wordml" w14:paraId="43D34952" wp14:textId="77777777">
        <w:tc>
          <w:tcPr>
            <w:tcW w:w="5184" w:type="dxa"/>
            <w:vAlign w:val="top"/>
          </w:tcPr>
          <w:p w14:paraId="5ED90B35" wp14:textId="77777777">
            <w:pPr>
              <w:spacing w:after="0"/>
            </w:pPr>
            <w:r>
              <w:rPr>
                <w:b/>
                <w:sz w:val="17"/>
              </w:rPr>
              <w:t>Name:</w:t>
            </w:r>
            <w:r>
              <w:rPr>
                <w:b/>
                <w:sz w:val="17"/>
              </w:rPr>
              <w:br/>
            </w:r>
          </w:p>
        </w:tc>
        <w:tc>
          <w:tcPr>
            <w:tcW w:w="5184" w:type="dxa"/>
            <w:vAlign w:val="top"/>
          </w:tcPr>
          <w:p w14:paraId="385E5CC6" wp14:textId="77777777">
            <w:pPr>
              <w:spacing w:after="0"/>
            </w:pPr>
            <w:r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br/>
            </w:r>
          </w:p>
        </w:tc>
      </w:tr>
      <w:tr xmlns:wp14="http://schemas.microsoft.com/office/word/2010/wordml" w14:paraId="00B95CE4" wp14:textId="77777777">
        <w:tc>
          <w:tcPr>
            <w:tcW w:w="5184" w:type="dxa"/>
            <w:vAlign w:val="top"/>
          </w:tcPr>
          <w:p w14:paraId="252B8E0D" wp14:textId="77777777">
            <w:pPr>
              <w:spacing w:after="0"/>
            </w:pPr>
            <w:r>
              <w:rPr>
                <w:b/>
                <w:sz w:val="17"/>
              </w:rPr>
              <w:t>Interested in joining the NPV Committee?  Yes / No</w:t>
            </w:r>
            <w:r>
              <w:rPr>
                <w:b/>
                <w:sz w:val="17"/>
              </w:rPr>
              <w:br/>
            </w:r>
          </w:p>
        </w:tc>
        <w:tc>
          <w:tcPr>
            <w:tcW w:w="5184" w:type="dxa"/>
            <w:vAlign w:val="top"/>
          </w:tcPr>
          <w:p w14:paraId="4102A459" wp14:textId="77777777">
            <w:pPr>
              <w:spacing w:after="0"/>
            </w:pPr>
            <w:r>
              <w:rPr>
                <w:b/>
                <w:sz w:val="17"/>
              </w:rPr>
              <w:t>Telephone number:</w:t>
            </w:r>
            <w:r>
              <w:rPr>
                <w:b/>
                <w:sz w:val="17"/>
              </w:rPr>
              <w:br/>
            </w:r>
          </w:p>
        </w:tc>
      </w:tr>
      <w:tr xmlns:wp14="http://schemas.microsoft.com/office/word/2010/wordml" w14:paraId="4723857C" wp14:textId="77777777">
        <w:tc>
          <w:tcPr>
            <w:tcW w:w="5184" w:type="dxa"/>
            <w:vAlign w:val="top"/>
          </w:tcPr>
          <w:p w14:paraId="34181D24" wp14:textId="77777777">
            <w:pPr>
              <w:spacing w:after="0"/>
            </w:pPr>
            <w:r>
              <w:rPr>
                <w:b/>
                <w:sz w:val="17"/>
              </w:rPr>
              <w:t>Questions you would like raised at the AGM:</w:t>
            </w:r>
            <w:r>
              <w:rPr>
                <w:b/>
                <w:sz w:val="17"/>
              </w:rPr>
              <w:br/>
            </w:r>
          </w:p>
        </w:tc>
        <w:tc>
          <w:tcPr>
            <w:tcW w:w="5184" w:type="dxa"/>
            <w:vAlign w:val="top"/>
          </w:tcPr>
          <w:p w14:paraId="5DAB6C7B" wp14:textId="77777777">
            <w:pPr>
              <w:spacing w:after="0"/>
            </w:pPr>
            <w:r>
              <w:rPr>
                <w:b/>
                <w:sz w:val="17"/>
              </w:rPr>
              <w:br/>
            </w:r>
          </w:p>
        </w:tc>
      </w:tr>
    </w:tbl>
    <w:p w:rsidR="21BFB994" w:rsidP="21BFB994" w:rsidRDefault="21BFB994" w14:paraId="2DFCF683" w14:textId="1DDF79F9">
      <w:pPr>
        <w:spacing w:before="100" w:after="0"/>
        <w:jc w:val="center"/>
      </w:pPr>
      <w:r w:rsidRPr="21BFB994" w:rsidR="21BFB994">
        <w:rPr>
          <w:b w:val="1"/>
          <w:bCs w:val="1"/>
          <w:color w:val="2E7D32"/>
          <w:sz w:val="24"/>
          <w:szCs w:val="24"/>
        </w:rPr>
        <w:t>We look forward to seeing you there.</w:t>
      </w:r>
    </w:p>
    <w:p w:rsidR="2E53DA01" w:rsidP="21BFB994" w:rsidRDefault="2E53DA01" w14:paraId="7F4A3BE3" w14:textId="7A071466">
      <w:pPr>
        <w:pStyle w:val="Normal"/>
        <w:spacing w:before="100" w:after="0"/>
        <w:jc w:val="center"/>
      </w:pPr>
      <w:r w:rsidR="2E53DA01">
        <w:drawing>
          <wp:inline wp14:editId="24D07E06" wp14:anchorId="34DFC517">
            <wp:extent cx="1737511" cy="347502"/>
            <wp:effectExtent l="0" t="0" r="0" b="0"/>
            <wp:docPr id="110122011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01220117" name="Picture 1101220117"/>
                    <pic:cNvPicPr/>
                  </pic:nvPicPr>
                  <pic:blipFill>
                    <a:blip xmlns:r="http://schemas.openxmlformats.org/officeDocument/2006/relationships" r:embed="rId9993598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511" cy="34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06063C" w:rsidR="00FC693F" w:rsidSect="00034616">
      <w:pgSz w:w="12240" w:h="15840" w:orient="portrait"/>
      <w:pgMar w:top="648" w:right="936" w:bottom="648" w:left="936" w:header="720" w:footer="720" w:gutter="0"/>
      <w:cols w:space="720"/>
      <w:docGrid w:linePitch="360"/>
      <w:pgBorders w:offsetFrom="page">
        <w:top w:val="single" w:color="2E7D32" w:sz="18" w:space="18"/>
        <w:left w:val="single" w:color="2E7D32" w:sz="18" w:space="18"/>
        <w:bottom w:val="single" w:color="2E7D32" w:sz="18" w:space="18"/>
        <w:right w:val="single" w:color="2E7D32" w:sz="18" w:space="18"/>
      </w:pgBorders>
      <w:headerReference w:type="default" r:id="Rc5020fce6c8a42f4"/>
      <w:footerReference w:type="default" r:id="R98e9494177da4ed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55"/>
      <w:gridCol w:w="3455"/>
      <w:gridCol w:w="3455"/>
    </w:tblGrid>
    <w:tr w:rsidR="21BFB994" w:rsidTr="21BFB994" w14:paraId="60F3B98A">
      <w:trPr>
        <w:trHeight w:val="300"/>
      </w:trPr>
      <w:tc>
        <w:tcPr>
          <w:tcW w:w="3455" w:type="dxa"/>
          <w:tcMar/>
        </w:tcPr>
        <w:p w:rsidR="21BFB994" w:rsidP="21BFB994" w:rsidRDefault="21BFB994" w14:paraId="014D212E" w14:textId="54B78A7C">
          <w:pPr>
            <w:pStyle w:val="Header"/>
            <w:bidi w:val="0"/>
            <w:ind w:left="-115"/>
            <w:jc w:val="left"/>
          </w:pPr>
        </w:p>
      </w:tc>
      <w:tc>
        <w:tcPr>
          <w:tcW w:w="3455" w:type="dxa"/>
          <w:tcMar/>
        </w:tcPr>
        <w:p w:rsidR="21BFB994" w:rsidP="21BFB994" w:rsidRDefault="21BFB994" w14:paraId="605BEB78" w14:textId="2B46E380">
          <w:pPr>
            <w:pStyle w:val="Header"/>
            <w:bidi w:val="0"/>
            <w:jc w:val="center"/>
          </w:pPr>
        </w:p>
      </w:tc>
      <w:tc>
        <w:tcPr>
          <w:tcW w:w="3455" w:type="dxa"/>
          <w:tcMar/>
        </w:tcPr>
        <w:p w:rsidR="21BFB994" w:rsidP="21BFB994" w:rsidRDefault="21BFB994" w14:paraId="1BA47334" w14:textId="144D0EA3">
          <w:pPr>
            <w:pStyle w:val="Header"/>
            <w:bidi w:val="0"/>
            <w:ind w:right="-115"/>
            <w:jc w:val="right"/>
          </w:pPr>
        </w:p>
      </w:tc>
    </w:tr>
  </w:tbl>
  <w:p w:rsidR="21BFB994" w:rsidP="21BFB994" w:rsidRDefault="21BFB994" w14:paraId="0C21C087" w14:textId="72E2FC9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55"/>
      <w:gridCol w:w="3455"/>
      <w:gridCol w:w="3455"/>
    </w:tblGrid>
    <w:tr w:rsidR="21BFB994" w:rsidTr="21BFB994" w14:paraId="3C7B4855">
      <w:trPr>
        <w:trHeight w:val="300"/>
      </w:trPr>
      <w:tc>
        <w:tcPr>
          <w:tcW w:w="3455" w:type="dxa"/>
          <w:tcMar/>
        </w:tcPr>
        <w:p w:rsidR="21BFB994" w:rsidP="21BFB994" w:rsidRDefault="21BFB994" w14:paraId="6A3E25AA" w14:textId="188CACE2">
          <w:pPr>
            <w:pStyle w:val="Header"/>
            <w:bidi w:val="0"/>
            <w:ind w:left="-115"/>
            <w:jc w:val="left"/>
          </w:pPr>
        </w:p>
      </w:tc>
      <w:tc>
        <w:tcPr>
          <w:tcW w:w="3455" w:type="dxa"/>
          <w:tcMar/>
        </w:tcPr>
        <w:p w:rsidR="21BFB994" w:rsidP="21BFB994" w:rsidRDefault="21BFB994" w14:paraId="5D94CFCC" w14:textId="02C0BBA3">
          <w:pPr>
            <w:pStyle w:val="Header"/>
            <w:bidi w:val="0"/>
            <w:jc w:val="center"/>
          </w:pPr>
        </w:p>
      </w:tc>
      <w:tc>
        <w:tcPr>
          <w:tcW w:w="3455" w:type="dxa"/>
          <w:tcMar/>
        </w:tcPr>
        <w:p w:rsidR="21BFB994" w:rsidP="21BFB994" w:rsidRDefault="21BFB994" w14:paraId="710B6B9E" w14:textId="25AC96F4">
          <w:pPr>
            <w:pStyle w:val="Header"/>
            <w:bidi w:val="0"/>
            <w:ind w:right="-115"/>
            <w:jc w:val="right"/>
          </w:pPr>
        </w:p>
      </w:tc>
    </w:tr>
  </w:tbl>
  <w:p w:rsidR="21BFB994" w:rsidP="21BFB994" w:rsidRDefault="21BFB994" w14:paraId="136F4BF2" w14:textId="2E49A9DE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LXFTrQbu" int2:invalidationBookmarkName="" int2:hashCode="/z05tiWqTtm+1R" int2:id="WAPhstlx">
      <int2:state int2:type="gram" int2:value="Rejected"/>
    </int2:bookmark>
    <int2:bookmark int2:bookmarkName="_Int_r7vYNgCK" int2:invalidationBookmarkName="" int2:hashCode="zhLTSqaLf62tIl" int2:id="FXqbdF2m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BD2D40"/>
    <w:rsid w:val="19DCB06F"/>
    <w:rsid w:val="19DCB06F"/>
    <w:rsid w:val="1DB4F311"/>
    <w:rsid w:val="21BFB994"/>
    <w:rsid w:val="2E53DA01"/>
    <w:rsid w:val="316A8C96"/>
    <w:rsid w:val="3CB4D36B"/>
    <w:rsid w:val="3E4E407D"/>
    <w:rsid w:val="4CE95203"/>
    <w:rsid w:val="57F581FB"/>
    <w:rsid w:val="62609221"/>
    <w:rsid w:val="64735379"/>
    <w:rsid w:val="64735379"/>
    <w:rsid w:val="79819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AB37ECE0-0A57-4768-9D3E-0136A3C505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image" Target="media/image1.jpeg" Id="rId9" /><Relationship Type="http://schemas.openxmlformats.org/officeDocument/2006/relationships/image" Target="/media/image.png" Id="rId1474609461" /><Relationship Type="http://schemas.openxmlformats.org/officeDocument/2006/relationships/image" Target="/media/image2.png" Id="rId999359824" /><Relationship Type="http://schemas.openxmlformats.org/officeDocument/2006/relationships/header" Target="header.xml" Id="Rc5020fce6c8a42f4" /><Relationship Type="http://schemas.openxmlformats.org/officeDocument/2006/relationships/footer" Target="footer.xml" Id="R98e9494177da4ed3" /><Relationship Type="http://schemas.microsoft.com/office/2020/10/relationships/intelligence" Target="intelligence2.xml" Id="Ra3b4a851503b481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Park Village AGM Invitation 2026</dc:title>
  <dc:subject>Annual General Meeting invitation for 22 October 2026</dc:subject>
  <dc:creator>Nicola Dilks</dc:creator>
  <keywords/>
  <dc:description>generated by python-docx</dc:description>
  <lastModifiedBy>Nicola Dilks</lastModifiedBy>
  <revision>2</revision>
  <dcterms:created xsi:type="dcterms:W3CDTF">2026-09-29T14:18:24.9027883Z</dcterms:created>
  <dcterms:modified xsi:type="dcterms:W3CDTF">2026-09-29T14:31:40.8282991Z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354ca5-015e-47ab-9fdb-c0a8323bc23e_Enabled">
    <vt:lpwstr>true</vt:lpwstr>
  </property>
  <property fmtid="{D5CDD505-2E9C-101B-9397-08002B2CF9AE}" pid="3" name="MSIP_Label_d0354ca5-015e-47ab-9fdb-c0a8323bc23e_SetDate">
    <vt:lpwstr>2026-09-29T14:18:25Z</vt:lpwstr>
  </property>
  <property fmtid="{D5CDD505-2E9C-101B-9397-08002B2CF9AE}" pid="4" name="MSIP_Label_d0354ca5-015e-47ab-9fdb-c0a8323bc23e_Method">
    <vt:lpwstr>Standard</vt:lpwstr>
  </property>
  <property fmtid="{D5CDD505-2E9C-101B-9397-08002B2CF9AE}" pid="5" name="MSIP_Label_d0354ca5-015e-47ab-9fdb-c0a8323bc23e_Name">
    <vt:lpwstr>d0354ca5-015e-47ab-9fdb-c0a8323bc23e</vt:lpwstr>
  </property>
  <property fmtid="{D5CDD505-2E9C-101B-9397-08002B2CF9AE}" pid="6" name="MSIP_Label_d0354ca5-015e-47ab-9fdb-c0a8323bc23e_SiteId">
    <vt:lpwstr>07ebc6c3-7074-4387-a625-b9d918ba4a97</vt:lpwstr>
  </property>
  <property fmtid="{D5CDD505-2E9C-101B-9397-08002B2CF9AE}" pid="7" name="MSIP_Label_d0354ca5-015e-47ab-9fdb-c0a8323bc23e_ActionId">
    <vt:lpwstr>d35d3e7f-a429-4007-b375-af220211694a</vt:lpwstr>
  </property>
  <property fmtid="{D5CDD505-2E9C-101B-9397-08002B2CF9AE}" pid="8" name="MSIP_Label_d0354ca5-015e-47ab-9fdb-c0a8323bc23e_ContentBits">
    <vt:lpwstr>0</vt:lpwstr>
  </property>
</Properties>
</file>